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המגרש, החוקים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חוקי היסוד של משחק הכדורגל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תפקידי העמדות השונות במגרש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מתוך טקסט 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רק השוער, ברחבת העונשין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השחקן יוצא מהמשחק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בטקסט על המגרש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הטקסט אומר שבחצי המגרש שלכם אי אפשר להיות בנבדל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רחבת העונשין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צהוב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עמדה לתפקיד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(שומר על השער ותופס כדורים בידיים)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(עוצר את ההתקפות של היריבה)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(מקשר בין ההגנה להתקפה)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(מנסה להבקיע שערים קרוב לשער היריבה)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סדר ההתרחשות במשחק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השחקנים יוצאים למגרש ומתחילה המחצית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שחקן מוסר כדור לחבר שנמצא בעמדת נבדל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השופט עוצר את המשחק בגלל הנבדל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הכדור עובר לקבוצה השנייה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שבלי נבדל שחקנים היו יכולים לחכות ליד שער היריבה ולזכות ביתרון לא הוגן, וזה היה פוגע בהגינות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תתייחס לעמדה ספציפית (שוער, מגן, קשר או חלוץ) ותסביר תכונה מתאימה כמו זריזות, שיתוף פעולה או דיוק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התשובה: 11 שחקנים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אזור מול השער שבו השוער רשאי לגעת בכדור בידיים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מחבר בין ההגנה להתקפה ומעביר כדורים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הטקסט בקול לפני התרגול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את חוק הנבדל בעזרת ציור פשוט על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הפתוח, אפשר לעודד דיון קצר בכיתה לפני הכתיבה האישית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כדורגל – המגרש, החוקים והעמדות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על מגרש הכדורגל, חוקי המשחק העיקריים ותפקידי השחקנים השונים, בהתבסס על הטקסט שקראתם.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צהוב  ·  רחבת העונשין  ·  קשרים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הבנת הנקרא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שחקנים יש בכל קבוצה על המגרש?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מי רשאי לגעת בכדור בידיים?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כל שחקן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רק החלוץ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רק השוער, ברחבת העונשין 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קורה כשהשופט מראה כרטיס אדום?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אזהרה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השחקן יוצא מהמשחק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הקבוצה מקבלת פנדל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מגרש כדורגל רשמי הוא מלבן של דשא באורך של כ-100 מטרים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אסור להיות בנבדל גם בחצי המגרש של הקבוצה עצמה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מול כל שער מסומן אזור גדול שנקרא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ה__________ והקשריות עובדים באמצע המגרש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כשהשופט רוצה להזהיר שחקן הוא מראה כרטיס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עמדה לתפקיד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מנסה להבקיע שערים קרוב לשער היריבה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מקשר בין ההגנה להתקפה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קשר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שומר על השער ותופס כדורים בידיים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חלוץ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עוצר את ההתקפות של היריבה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לפי סדר ההתרחשות במשחק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שחקן מוסר כדור לחבר שנמצא בעמדת נבדל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הכדור עובר לקבוצה השנייה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השחקנים יוצאים למגרש ומתחילה המחצית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השופט עוצר את המשחק בגלל הנבדל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למה לדעתכם המציאו את חוק הנבדל? מה היה קורה במשחק בלעדיו?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בחרו עמדה אחת על המגרש. איזו תכונה צריכה להיות למי שמשחק בה,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שחקנים יש בכל קבוצה על המגרש?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רחבת העונשין?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כדורגל – המגרש, החוקים והעמדות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