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היסוד של 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העמדות השונות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רק השוער, ברחבת העונשין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מחציות של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השחקן יוצא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זורקים אותו חזרה בשתי ידיים מעל הראש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שבחצי המגרש שלכם אי אפשר להיות בנבדל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בתוך רחבת העונשין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בחלק חוקי היסוד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החלוצים נמצאים קרוב לשער היריבה כדי להבקיע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 ותופס כדורים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ההתקפות של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(מקשר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(מנסה להבקיע שערים קרוב לשער היריבה)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יוצאים למגרש ומתחילה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 מוסר כדור לחבר שנמצא בעמדת 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השופט עוצר את המשחק בגלל הנבדל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הכדור עובר לקבוצה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שבלי נבדל שחקנים היו יכולים לחכות ליד שער היריבה ולזכות ביתרון לא הוגן, וזה היה פוגע בהגינות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לעמדה ספציפית (שוער, מגן, קשר או חלוץ) ותסביר תכונה מתאימה כמו זריזות, שיתוף פעולה או 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אזור מול השער שבו השוער רשאי לגעת בכדור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 בין ההגנה להתקפה ומעביר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חוק הנבדל בעזרת ציור פשוט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אפשר לעודד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כדורגל: המגרש, החוקים והתפקידים של השחקנים.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רחבת העונשין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האזור הגדול מול השער שבו השוער רשאי לגעת בכדור בידיים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שמונע משחקן לחכות קרוב מדי לשער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אמצע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שמחלק את המגרש לשני חלקים שווים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לעצור התקפות של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להבקיע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שנותן השופט לשחקן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אדום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הרחקה של שחקן מהמשחק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מותר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השוער, ברחבת העונשין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אורך משחק של 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מחציות של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מחציות של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מחצית אחת של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מחציות של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כרטיס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אזהרה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השחקן יוצא מהמשחק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הקבוצה מקבלת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נעצר לדקה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עובד באמצע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כשהכדור יוצא מהמגרש בצד?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אותו חזרה בשתי ידיים מעל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 עוצר את המשחק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כרטיס 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רשמי הוא מלבן של דשא באורך של כ-100 מטרים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להיות בנבדל גם בחצי המגרש של הקבוצה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יכול לתפוס את הכדור בידיים בכל מקום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במשחקי ילדים המחציות קצרות יותר מאשר במשחקי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החלוצים נמצאים קרוב לשער של הקבוצה שלהם כדי להגן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מול כל שער מסומן אזור גדול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והקשריות עובדים באמצע המגרש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כשהשופט רוצה להזהיר שחקן הוא מראה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שומרים על השער ומנסים לעצור שערים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שחקן ששייך לקבוצה היריבה וקרוב יותר לשער ממך יכול לגרום למצב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באמצע המגרש יש קו אמצע ו__________ מרכזי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 את ההתקפות של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מנסה להבקיע שערים קרוב לשער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 ותופס כדורים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מקשר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ההתרחשות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עובר לקבוצה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יוצאים למגרש ומתחילה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מוסר כדור לחבר שנמצא בעמדת נבדל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עוצר את המשחק בגלל הנבדל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המציאו את חוק הנבדל? מה היה קורה במשחק בלעדיו?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עמדה אחת על המגרש. איזו תכונה צריכה להיות למי שמשחק בה,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בכל קבוצה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רחבת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הקשר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המגרש, החוקים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