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המגרש, החוקים והעמדות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חוקי היסוד של משחק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תפקידי העמדות השונות במגרש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מתוך טקסט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רק השוער, ברחבת העונשין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שתי מחציות של 45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השחקן יוצא מהמשחק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זורקים אותו חזרה בשתי ידיים מעל הראש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בטקסט על המגרש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אומר שבחצי המגרש שלכם אי אפשר להיות בנבדל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רק בתוך רחבת העונשין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בטקסט בחלק חוקי היסוד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החלוצים נמצאים קרוב לשער היריבה כדי להבקיע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רחבת העונשין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נבדל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מעגל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עמדה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(שומר על השער ותופס כדורים בידיים)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(עוצר את ההתקפות של היריבה)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(מקשר בין ההגנה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(מנסה להבקיע שערים קרוב לשער היריבה)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ההתרחשות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השחקנים יוצאים למגרש ומתחילה המחצית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שחקן מוסר כדור לחבר שנמצא בעמדת נבדל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השופט עוצר את המשחק בגלל הנבדל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הכדור עובר לקבוצה השנייה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שבלי נבדל שחקנים היו יכולים לחכות ליד שער היריבה ולזכות ביתרון לא הוגן, וזה היה פוגע בהגינות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תתייחס לעמדה ספציפית (שוער, מגן, קשר או חלוץ) ותסביר תכונה מתאימה כמו זריזות, שיתוף פעולה או דיוק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11 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אזור מול השער שבו השוער רשאי לגעת בכדור בידיים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מחבר בין ההגנה להתקפה ומעביר כדורים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את חוק הנבדל בעזרת ציור פשוט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הפתוח, אפשר לעודד דיון קצר בכיתה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המגרש, החוקים והעמדות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מגרש הכדורגל, חוקי המשחק העיקריים ותפקידי השחקנים השונים, בהתבסס על הטקסט שקראתם.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יש בכל קבוצה על המגרש?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רשאי לגעת בכדור בידיים?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השוער, ברחבת העונשין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נמשך משחק כדורגל של מבוגרים?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 מחציות של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מחציות של 45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מחצית אחת של 90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 מחציות של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כשהשופט מראה כרטיס אדום?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אזהרה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השחקן יוצא מהמשחק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הקבוצה מקבלת פנדל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המשחק נעצר לדקה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מחבר בין ההגנה להתקפה ומעביר כדורים?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כשהכדור יוצא מהקו שבצד?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המשחק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זורקים אותו חזרה בשתי ידיים מעל הראש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השופט עוצר את המשחק לחלוטין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נותנים כרטיס צהוב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מגרש כדורגל רשמי הוא מלבן של דשא באורך של כ-100 מטרים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להיות בנבדל גם בחצי המגרש של הקבוצה 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השוער יכול לתפוס את הכדור בידיים בכל מקום במגרש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במשחקי ילדים המחציות קצרות יותר מאשר במשחקי מבוגרים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החלוצים נמצאים קרוב לשער של הקבוצה שלהם כדי להגן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מול כל שער מסומן אזור גדול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והקשריות עובדים באמצע המגרש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כשהשופט רוצה להזהיר שחקן הוא מראה כרטיס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שומרים על השער ומנסים לעצור שערים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שחקן ששייך לקבוצה היריבה וקרוב יותר לשער ממך יכול לגרום למצב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באמצע המגרש יש קו אמצע ו__________ מרכזי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עמדה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עוצר את ההתקפות של היריבה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שומר על השער ותופס כדורים בידיים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מנסה להבקיע שערים קרוב לשער היריבה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מקשר בין ההגנה להתקפה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ההתרחשות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הכדור עובר לקבוצה השנייה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יוצאים למגרש ומתחילה המחצית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מוסר כדור לחבר שנמצא בעמדת נבדל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עוצר את המשחק בגלל הנבדל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לדעתכם המציאו את חוק הנבדל? מה היה קורה במשחק בלעדיו?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עמדה אחת על המגרש. איזו תכונה צריכה להיות למי שמשחק בה,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שחקנים יש בכל קבוצה על המגרש?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רחבת העונשין?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תפקידו של הקשר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המגרש, החוקים והעמדות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